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20" w:rsidRDefault="000A3586" w:rsidP="00691D7A">
      <w:pPr>
        <w:jc w:val="right"/>
      </w:pPr>
      <w:r>
        <w:rPr>
          <w:noProof/>
          <w:lang w:val="pl-PL" w:eastAsia="pl-PL"/>
        </w:rPr>
        <w:drawing>
          <wp:inline distT="0" distB="0" distL="0" distR="0">
            <wp:extent cx="3642128" cy="836762"/>
            <wp:effectExtent l="19050" t="0" r="0" b="0"/>
            <wp:docPr id="3" name="Obraz 2" descr="lodzkie-lapie-deszcz_poziom-kolor-finansow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dzkie-lapie-deszcz_poziom-kolor-finansowan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3469" cy="83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C20" w:rsidRDefault="00861C20" w:rsidP="00861C20">
      <w:pPr>
        <w:jc w:val="center"/>
      </w:pPr>
    </w:p>
    <w:p w:rsidR="00BD7477" w:rsidRDefault="00681A84">
      <w:pPr>
        <w:jc w:val="right"/>
      </w:pPr>
      <w:r>
        <w:t>Budziszewice</w:t>
      </w:r>
      <w:r w:rsidR="00382168">
        <w:t>, dnia …………………</w:t>
      </w:r>
    </w:p>
    <w:p w:rsidR="00BD7477" w:rsidRDefault="00382168">
      <w:r>
        <w:t xml:space="preserve">Urząd </w:t>
      </w:r>
      <w:r w:rsidR="00681A84">
        <w:t>Gminy w Budziszewicach</w:t>
      </w:r>
      <w:r>
        <w:br/>
        <w:t xml:space="preserve">ul. </w:t>
      </w:r>
      <w:r w:rsidR="00681A84">
        <w:t>J. Ch. Paska 66</w:t>
      </w:r>
      <w:r>
        <w:br/>
      </w:r>
      <w:r w:rsidR="00681A84">
        <w:t>97-212 Budziszewice</w:t>
      </w:r>
    </w:p>
    <w:p w:rsidR="00BD7477" w:rsidRDefault="00382168">
      <w:pPr>
        <w:jc w:val="center"/>
      </w:pPr>
      <w:r>
        <w:rPr>
          <w:b/>
        </w:rPr>
        <w:t>Wniosek o użyczenie zbiornika na deszczówkę</w:t>
      </w:r>
      <w:r w:rsidR="00861C20">
        <w:rPr>
          <w:b/>
        </w:rPr>
        <w:t xml:space="preserve"> o pojemności 500 l </w:t>
      </w:r>
      <w:r w:rsidR="00861C20">
        <w:rPr>
          <w:b/>
        </w:rPr>
        <w:br/>
        <w:t>w ramach zadania pn. “Budziszewice łapie deszcz w zbiorniki na deszczówkę”</w:t>
      </w:r>
    </w:p>
    <w:p w:rsidR="00BD7477" w:rsidRDefault="00382168">
      <w:r>
        <w:t>Dane wnioskodawcy:</w:t>
      </w:r>
    </w:p>
    <w:p w:rsidR="00BD7477" w:rsidRDefault="00382168">
      <w:r>
        <w:t xml:space="preserve">Imię i </w:t>
      </w:r>
      <w:r>
        <w:t>nazwisko: ................................................................................................</w:t>
      </w:r>
    </w:p>
    <w:p w:rsidR="00BD7477" w:rsidRDefault="00382168">
      <w:r>
        <w:t>Adres nieruchomości, na której ma być zamontowany zbiornik</w:t>
      </w:r>
    </w:p>
    <w:p w:rsidR="00BD7477" w:rsidRDefault="00382168">
      <w:r>
        <w:t>..........................................................................................</w:t>
      </w:r>
      <w:r>
        <w:t>......................................</w:t>
      </w:r>
    </w:p>
    <w:p w:rsidR="00BD7477" w:rsidRDefault="00382168">
      <w:r>
        <w:t>Numer działki i obręb: ............................................................................................</w:t>
      </w:r>
    </w:p>
    <w:p w:rsidR="00BD7477" w:rsidRDefault="00382168">
      <w:r>
        <w:t>Numer telefonu/adres e-mail: ........................................................................</w:t>
      </w:r>
      <w:r>
        <w:t>......</w:t>
      </w:r>
    </w:p>
    <w:p w:rsidR="00BD7477" w:rsidRDefault="00382168" w:rsidP="00681A84">
      <w:pPr>
        <w:jc w:val="both"/>
      </w:pPr>
      <w:r>
        <w:t>Wnioskuję o użyczenie zbiornika na deszczówkę na okres 36 miesięcy i jednocześnie oświadczam, że:</w:t>
      </w:r>
    </w:p>
    <w:p w:rsidR="00BD7477" w:rsidRDefault="00382168" w:rsidP="00681A84">
      <w:pPr>
        <w:jc w:val="both"/>
      </w:pPr>
      <w:r>
        <w:t>1. Posiadam tytuł własności/współwłasności lub prawo użytkowania wieczystego do nieruchomości, na której umiejscowiony będzie zbiornik na deszczówkę.</w:t>
      </w:r>
    </w:p>
    <w:p w:rsidR="00BD7477" w:rsidRDefault="00382168" w:rsidP="00681A84">
      <w:pPr>
        <w:jc w:val="both"/>
      </w:pPr>
      <w:r>
        <w:t>2</w:t>
      </w:r>
      <w:r>
        <w:t xml:space="preserve">. Zbiornik będzie wykorzystywany na terenie nieruchomości w obrębie Gminy </w:t>
      </w:r>
      <w:r w:rsidR="00681A84">
        <w:t>Budziszewice</w:t>
      </w:r>
      <w:r>
        <w:t xml:space="preserve"> dla celów ochrony zasobów wodnych, poprzez zatrzymanie i wykorzystanie wody deszczowej </w:t>
      </w:r>
      <w:r w:rsidR="00681A84">
        <w:br/>
      </w:r>
      <w:r>
        <w:t xml:space="preserve">w miejscu jej powstania, a następnie jej gospodarcze wykorzystanie m. in. do podlewania </w:t>
      </w:r>
      <w:r>
        <w:t>ogrodu, trawnika.</w:t>
      </w:r>
    </w:p>
    <w:p w:rsidR="00BD7477" w:rsidRDefault="00382168" w:rsidP="00681A84">
      <w:pPr>
        <w:jc w:val="both"/>
      </w:pPr>
      <w:r>
        <w:t>3. Zbiornik na deszczówkę zlokalizowany będzie na nieruchomości w sposób niestwarzający uciążliwości dla mieszkańców przedmiotowej posesji oraz posesji sąsiednich.</w:t>
      </w:r>
    </w:p>
    <w:p w:rsidR="00BD7477" w:rsidRDefault="00382168" w:rsidP="00681A84">
      <w:pPr>
        <w:jc w:val="both"/>
      </w:pPr>
      <w:r>
        <w:t>4. Zobowiązuję się do korzystania ze zbiornika na deszczówkę przez co najm</w:t>
      </w:r>
      <w:r>
        <w:t>niej 36 miesięcy od dnia podpisania umowy użyczenia. Po tym okresie zbiornik przejdzie na własność wnioskodawcy.</w:t>
      </w:r>
    </w:p>
    <w:p w:rsidR="00BD7477" w:rsidRDefault="00382168" w:rsidP="00681A84">
      <w:pPr>
        <w:jc w:val="both"/>
      </w:pPr>
      <w:r>
        <w:t>5. Zobowiązuję się do podłączenia użyczonego zbiornika do systemu rynnowego budynku zlokalizowanego na nieruchomości wskazanej w zawartej z Gmi</w:t>
      </w:r>
      <w:r>
        <w:t xml:space="preserve">ną </w:t>
      </w:r>
      <w:r w:rsidR="00681A84">
        <w:t xml:space="preserve">Budziszewice </w:t>
      </w:r>
      <w:r>
        <w:t>umowie.</w:t>
      </w:r>
    </w:p>
    <w:p w:rsidR="00BD7477" w:rsidRDefault="00382168" w:rsidP="00681A84">
      <w:pPr>
        <w:jc w:val="both"/>
      </w:pPr>
      <w:r>
        <w:t xml:space="preserve">6. Zobowiązuję się, do należytego użytkowania zbiornika, zgodnie z przeznaczeniem oraz do dokonywania napraw niepodlegających gwarancji, wynikłych podczas eksploatacji, </w:t>
      </w:r>
      <w:r w:rsidR="00681A84">
        <w:br/>
      </w:r>
      <w:r>
        <w:t>w szczególności niedopuszczenia do jego zniszczenia spowodowanego war</w:t>
      </w:r>
      <w:r>
        <w:t>unkami zimowymi.</w:t>
      </w:r>
    </w:p>
    <w:p w:rsidR="00BD7477" w:rsidRDefault="00382168" w:rsidP="00681A84">
      <w:pPr>
        <w:jc w:val="both"/>
      </w:pPr>
      <w:r>
        <w:lastRenderedPageBreak/>
        <w:t xml:space="preserve">7. Zobowiązuję się podpisać umowę użyczenia zbiornika na deszczówkę po przekazaniu informacji o terminie podpisania umowy przez pracownika </w:t>
      </w:r>
      <w:r w:rsidR="00681A84">
        <w:t>Urzędu</w:t>
      </w:r>
      <w:r>
        <w:t xml:space="preserve"> Gmin</w:t>
      </w:r>
      <w:r>
        <w:t xml:space="preserve">y </w:t>
      </w:r>
      <w:r w:rsidR="00681A84">
        <w:t>w</w:t>
      </w:r>
      <w:r w:rsidR="00681A84" w:rsidRPr="00681A84">
        <w:t xml:space="preserve"> </w:t>
      </w:r>
      <w:r w:rsidR="00681A84">
        <w:t xml:space="preserve">Budziszewicach </w:t>
      </w:r>
      <w:r w:rsidR="00681A84">
        <w:br/>
      </w:r>
      <w:r>
        <w:t>o przygotowanej umowie. Niepodpisanie umowy w w/w terminie stanowi podstawę do odmowy przyznania zbiornika.</w:t>
      </w:r>
    </w:p>
    <w:p w:rsidR="00BD7477" w:rsidRDefault="00382168" w:rsidP="00681A84">
      <w:pPr>
        <w:jc w:val="both"/>
      </w:pPr>
      <w:r>
        <w:t xml:space="preserve">8. Zobowiązuję się do powiadomienia Gminy </w:t>
      </w:r>
      <w:r w:rsidR="00681A84">
        <w:t xml:space="preserve">Budziszewice </w:t>
      </w:r>
      <w:r>
        <w:t>o terminie zakończenia montażu celem umożliwienia przeprowadzenia kontroli zrealizowanej inwestyc</w:t>
      </w:r>
      <w:r>
        <w:t>ji.</w:t>
      </w:r>
    </w:p>
    <w:p w:rsidR="00BD7477" w:rsidRDefault="00382168" w:rsidP="00681A84">
      <w:pPr>
        <w:jc w:val="both"/>
      </w:pPr>
      <w:r>
        <w:t>9. Otrzymany zbiornik na deszczówkę zostanie udostępniony w prz</w:t>
      </w:r>
      <w:r w:rsidR="00681A84">
        <w:t xml:space="preserve">ypadku kontroli Urzędu </w:t>
      </w:r>
      <w:r>
        <w:t xml:space="preserve">Gminy </w:t>
      </w:r>
      <w:r w:rsidR="00681A84">
        <w:t xml:space="preserve">Budziszewice </w:t>
      </w:r>
      <w:r>
        <w:t>lub Urzędu Marszałkowskiego Województwa Łódzkiego przez cały okres obejmowania umowy.</w:t>
      </w:r>
    </w:p>
    <w:p w:rsidR="00BD7477" w:rsidRDefault="00382168" w:rsidP="00681A84">
      <w:pPr>
        <w:jc w:val="both"/>
      </w:pPr>
      <w:r>
        <w:t>10. Oświadczam, że zapoznałem/am się z klauzulą informacyj</w:t>
      </w:r>
      <w:r>
        <w:t>ną dotyczącą przetwarzania danych osobowych, stanowiącą załącznik do niniejszego wniosku.</w:t>
      </w:r>
    </w:p>
    <w:p w:rsidR="00BD7477" w:rsidRDefault="00382168" w:rsidP="00681A84">
      <w:pPr>
        <w:jc w:val="both"/>
      </w:pPr>
      <w:r>
        <w:t>Oświadczam, że zapoznałam/em się z treścią Regulaminu Programu i akceptuję jego postanowienia.</w:t>
      </w:r>
    </w:p>
    <w:p w:rsidR="006A2215" w:rsidRDefault="00382168">
      <w:r>
        <w:br/>
        <w:t>………………………………….                         …………………………………………</w:t>
      </w:r>
      <w:r>
        <w:br/>
        <w:t>(Miejscowość i</w:t>
      </w:r>
      <w:r>
        <w:t xml:space="preserve"> data)                                      (Podpis Wnioskodawcy)</w:t>
      </w:r>
    </w:p>
    <w:p w:rsidR="006A2215" w:rsidRPr="006A2215" w:rsidRDefault="006A2215" w:rsidP="006A2215"/>
    <w:p w:rsidR="006A2215" w:rsidRDefault="006A2215" w:rsidP="006A2215"/>
    <w:p w:rsidR="006A2215" w:rsidRDefault="006A2215" w:rsidP="006A2215">
      <w:pPr>
        <w:jc w:val="both"/>
      </w:pPr>
      <w:r>
        <w:t>Administratorem Danych jest</w:t>
      </w:r>
      <w:r>
        <w:t xml:space="preserve"> </w:t>
      </w:r>
      <w:r>
        <w:t>Wójt Gminy Budziszewice.Dane osobowe przetwarzane są głównie w celach wypełniania obowiązków prawnych ciążących na administratorze i realizacji zadań publicznych.</w:t>
      </w:r>
    </w:p>
    <w:p w:rsidR="006A2215" w:rsidRDefault="006A2215" w:rsidP="006A2215">
      <w:pPr>
        <w:jc w:val="both"/>
      </w:pPr>
      <w:r>
        <w:t>Osoba, której dane dotyczą ma prawo do żądania dostępu do danych osobowych, sprostowania, usunięcia lub ograniczenia przetwarzania oraz prawo do wniesienia skargi do organu nadzorczego.</w:t>
      </w:r>
    </w:p>
    <w:p w:rsidR="006A2215" w:rsidRDefault="006A2215" w:rsidP="006A2215">
      <w:pPr>
        <w:jc w:val="both"/>
      </w:pPr>
      <w:r>
        <w:t>Szczegółowe informacje dotyczące zasad przetwarzania danych osobowych oraz przysługujących praw dostępne są w klauzuli informacyjnej zamieszczonej na stronie internetowej</w:t>
      </w:r>
      <w:r>
        <w:t xml:space="preserve"> </w:t>
      </w:r>
      <w:r>
        <w:t>Urzędu Gminy w Budziszewicach:</w:t>
      </w:r>
    </w:p>
    <w:p w:rsidR="00BD7477" w:rsidRPr="006A2215" w:rsidRDefault="006A2215" w:rsidP="006A2215">
      <w:pPr>
        <w:jc w:val="both"/>
      </w:pPr>
      <w:r>
        <w:t>https://www.budziszewice.ne</w:t>
      </w:r>
      <w:r>
        <w:t>t/ochrona-danych-osobowych.html</w:t>
      </w:r>
    </w:p>
    <w:sectPr w:rsidR="00BD7477" w:rsidRPr="006A221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168" w:rsidRDefault="00382168" w:rsidP="00861C20">
      <w:pPr>
        <w:spacing w:after="0" w:line="240" w:lineRule="auto"/>
      </w:pPr>
      <w:r>
        <w:separator/>
      </w:r>
    </w:p>
  </w:endnote>
  <w:endnote w:type="continuationSeparator" w:id="1">
    <w:p w:rsidR="00382168" w:rsidRDefault="00382168" w:rsidP="0086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168" w:rsidRDefault="00382168" w:rsidP="00861C20">
      <w:pPr>
        <w:spacing w:after="0" w:line="240" w:lineRule="auto"/>
      </w:pPr>
      <w:r>
        <w:separator/>
      </w:r>
    </w:p>
  </w:footnote>
  <w:footnote w:type="continuationSeparator" w:id="1">
    <w:p w:rsidR="00382168" w:rsidRDefault="00382168" w:rsidP="00861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A3586"/>
    <w:rsid w:val="0015074B"/>
    <w:rsid w:val="0029639D"/>
    <w:rsid w:val="00326F90"/>
    <w:rsid w:val="00382168"/>
    <w:rsid w:val="00646732"/>
    <w:rsid w:val="00681A84"/>
    <w:rsid w:val="00691D7A"/>
    <w:rsid w:val="006A2215"/>
    <w:rsid w:val="00861C20"/>
    <w:rsid w:val="00AA1D8D"/>
    <w:rsid w:val="00B47730"/>
    <w:rsid w:val="00BD7477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6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CC23D2-AB10-469F-A669-9E66E356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MSW</cp:lastModifiedBy>
  <cp:revision>8</cp:revision>
  <cp:lastPrinted>2026-09-11T12:26:00Z</cp:lastPrinted>
  <dcterms:created xsi:type="dcterms:W3CDTF">2013-12-23T23:15:00Z</dcterms:created>
  <dcterms:modified xsi:type="dcterms:W3CDTF">2026-09-11T13:07:00Z</dcterms:modified>
  <cp:category/>
</cp:coreProperties>
</file>